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line="240" w:lineRule="exact"/>
        <w:snapToGrid w:val="0"/>
      </w:pPr>
      <w:r>
        <w:rPr>
          <w:b w:val="0"/>
          <w:sz w:val="16"/>
        </w:rPr>
        <w:t>別紙様式17に基づく様式</w:t>
      </w:r>
    </w:p>
    <w:p>
      <w:pPr>
        <w:pStyle w:val="Title"/>
        <w:spacing w:after="40" w:before="0" w:line="240" w:lineRule="exact"/>
        <w:jc w:val="center"/>
        <w:snapToGrid w:val="0"/>
      </w:pPr>
      <w:r>
        <w:rPr>
          <w:b/>
          <w:sz w:val="32"/>
        </w:rPr>
        <w:t>精神科訪問看護指示書</w:t>
      </w:r>
    </w:p>
    <w:p>
      <w:pPr>
        <w:spacing w:after="40" w:before="0" w:line="240" w:lineRule="exact"/>
        <w:snapToGrid w:val="0"/>
      </w:pPr>
      <w:r>
        <w:rPr>
          <w:b w:val="0"/>
          <w:sz w:val="18"/>
        </w:rPr>
        <w:t>指示期間　（　　　年　　月　　日 ～　　　年　　月　　日）</w:t>
      </w:r>
    </w:p>
    <w:tbl>
      <w:tblPr>
        <w:tblW w:type="auto" w:w="0"/>
        <w:tblLayout w:type="fixed"/>
        <w:tblLook w:firstColumn="1" w:firstRow="1" w:lastColumn="0" w:lastRow="0" w:noHBand="0" w:noVBand="1" w:val="04A0"/>
      </w:tblPr>
      <w:tblGrid>
        <w:gridCol w:w="2268"/>
        <w:gridCol w:w="7937"/>
      </w:tblGrid>
      <w:tr>
        <w:trPr>
          <w:cantSplit/>
        </w:trPr>
        <w:tc>
          <w:tcPr>
            <w:tcW w:type="dxa" w:w="2268"/>
            <w:vAlign w:val="center"/>
            <w:tcBorders>
              <w:top w:val="single" w:sz="4" w:color="D9D9D9"/>
              <w:left w:val="single" w:sz="4" w:color="D9D9D9"/>
              <w:bottom w:val="single" w:sz="4" w:color="D9D9D9"/>
              <w:right w:val="single" w:sz="4" w:color="D9D9D9"/>
            </w:tcBorders>
            <w:tcMar>
              <w:top w:w="45" w:type="dxa"/>
              <w:bottom w:w="45" w:type="dxa"/>
              <w:left w:w="45" w:type="dxa"/>
              <w:right w:w="45" w:type="dxa"/>
            </w:tcMar>
          </w:tcPr>
          <w:p>
            <w:pPr>
              <w:spacing w:after="0" w:line="220" w:lineRule="exact"/>
              <w:snapToGrid w:val="0"/>
            </w:pPr>
            <w:r>
              <w:t>患者氏名</w:t>
            </w:r>
          </w:p>
        </w:tc>
        <w:tc>
          <w:tcPr>
            <w:tcW w:type="dxa" w:w="7937"/>
            <w:vAlign w:val="center"/>
            <w:tcBorders>
              <w:top w:val="single" w:sz="4" w:color="D9D9D9"/>
              <w:left w:val="single" w:sz="4" w:color="D9D9D9"/>
              <w:bottom w:val="single" w:sz="4" w:color="D9D9D9"/>
              <w:right w:val="single" w:sz="4" w:color="D9D9D9"/>
            </w:tcBorders>
            <w:tcMar>
              <w:top w:w="45" w:type="dxa"/>
              <w:bottom w:w="45" w:type="dxa"/>
              <w:left w:w="45" w:type="dxa"/>
              <w:right w:w="45" w:type="dxa"/>
            </w:tcMar>
          </w:tcPr>
          <w:p>
            <w:pPr>
              <w:spacing w:after="0" w:line="220" w:lineRule="exact"/>
              <w:snapToGrid w:val="0"/>
            </w:pPr>
            <w:r>
              <w:t xml:space="preserve">　　　　　　　　　　　　　生年月日　　　年　　月　　日（　　歳）</w:t>
            </w:r>
          </w:p>
        </w:tc>
      </w:tr>
      <w:tr>
        <w:trPr>
          <w:cantSplit/>
        </w:trPr>
        <w:tc>
          <w:tcPr>
            <w:tcW w:type="dxa" w:w="2268"/>
            <w:vAlign w:val="center"/>
            <w:tcBorders>
              <w:top w:val="single" w:sz="4" w:color="D9D9D9"/>
              <w:left w:val="single" w:sz="4" w:color="D9D9D9"/>
              <w:bottom w:val="single" w:sz="4" w:color="D9D9D9"/>
              <w:right w:val="single" w:sz="4" w:color="D9D9D9"/>
            </w:tcBorders>
            <w:tcMar>
              <w:top w:w="45" w:type="dxa"/>
              <w:bottom w:w="45" w:type="dxa"/>
              <w:left w:w="45" w:type="dxa"/>
              <w:right w:w="45" w:type="dxa"/>
            </w:tcMar>
          </w:tcPr>
          <w:p>
            <w:pPr>
              <w:spacing w:after="0" w:line="220" w:lineRule="exact"/>
              <w:snapToGrid w:val="0"/>
            </w:pPr>
            <w:r>
              <w:t>患者住所</w:t>
            </w:r>
          </w:p>
        </w:tc>
        <w:tc>
          <w:tcPr>
            <w:tcW w:type="dxa" w:w="7937"/>
            <w:vAlign w:val="center"/>
            <w:tcBorders>
              <w:top w:val="single" w:sz="4" w:color="D9D9D9"/>
              <w:left w:val="single" w:sz="4" w:color="D9D9D9"/>
              <w:bottom w:val="single" w:sz="4" w:color="D9D9D9"/>
              <w:right w:val="single" w:sz="4" w:color="D9D9D9"/>
            </w:tcBorders>
            <w:tcMar>
              <w:top w:w="45" w:type="dxa"/>
              <w:bottom w:w="45" w:type="dxa"/>
              <w:left w:w="45" w:type="dxa"/>
              <w:right w:w="45" w:type="dxa"/>
            </w:tcMar>
          </w:tcPr>
          <w:p>
            <w:pPr>
              <w:spacing w:after="0" w:line="220" w:lineRule="exact"/>
              <w:snapToGrid w:val="0"/>
            </w:pPr>
            <w:r>
              <w:br/>
              <w:t xml:space="preserve">電話：　　　　　　　　　</w:t>
              <w:br/>
              <w:t>施設名：</w:t>
            </w:r>
          </w:p>
        </w:tc>
      </w:tr>
      <w:tr>
        <w:trPr>
          <w:cantSplit/>
        </w:trPr>
        <w:tc>
          <w:tcPr>
            <w:tcW w:type="dxa" w:w="2268"/>
            <w:vAlign w:val="center"/>
            <w:tcBorders>
              <w:top w:val="single" w:sz="4" w:color="D9D9D9"/>
              <w:left w:val="single" w:sz="4" w:color="D9D9D9"/>
              <w:bottom w:val="single" w:sz="4" w:color="D9D9D9"/>
              <w:right w:val="single" w:sz="4" w:color="D9D9D9"/>
            </w:tcBorders>
            <w:tcMar>
              <w:top w:w="45" w:type="dxa"/>
              <w:bottom w:w="45" w:type="dxa"/>
              <w:left w:w="45" w:type="dxa"/>
              <w:right w:w="45" w:type="dxa"/>
            </w:tcMar>
          </w:tcPr>
          <w:p>
            <w:pPr>
              <w:spacing w:after="0" w:line="220" w:lineRule="exact"/>
              <w:snapToGrid w:val="0"/>
            </w:pPr>
            <w:r>
              <w:t>主たる傷病名</w:t>
            </w:r>
          </w:p>
        </w:tc>
        <w:tc>
          <w:tcPr>
            <w:tcW w:type="dxa" w:w="7937"/>
            <w:vAlign w:val="center"/>
            <w:tcBorders>
              <w:top w:val="single" w:sz="4" w:color="D9D9D9"/>
              <w:left w:val="single" w:sz="4" w:color="D9D9D9"/>
              <w:bottom w:val="single" w:sz="4" w:color="D9D9D9"/>
              <w:right w:val="single" w:sz="4" w:color="D9D9D9"/>
            </w:tcBorders>
            <w:tcMar>
              <w:top w:w="45" w:type="dxa"/>
              <w:bottom w:w="45" w:type="dxa"/>
              <w:left w:w="45" w:type="dxa"/>
              <w:right w:w="45" w:type="dxa"/>
            </w:tcMar>
          </w:tcPr>
          <w:p>
            <w:pPr>
              <w:spacing w:after="0" w:line="220" w:lineRule="exact"/>
              <w:snapToGrid w:val="0"/>
            </w:pPr>
            <w:r>
              <w:t>（1）　　　　　　　　（2）　　　　　　　　（3）</w:t>
            </w:r>
          </w:p>
        </w:tc>
      </w:tr>
      <w:tr>
        <w:trPr>
          <w:cantSplit/>
        </w:trPr>
        <w:tc>
          <w:tcPr>
            <w:tcW w:type="dxa" w:w="2268"/>
            <w:vAlign w:val="center"/>
            <w:tcBorders>
              <w:top w:val="single" w:sz="4" w:color="D9D9D9"/>
              <w:left w:val="single" w:sz="4" w:color="D9D9D9"/>
              <w:bottom w:val="single" w:sz="4" w:color="D9D9D9"/>
              <w:right w:val="single" w:sz="4" w:color="D9D9D9"/>
            </w:tcBorders>
            <w:tcMar>
              <w:top w:w="45" w:type="dxa"/>
              <w:bottom w:w="45" w:type="dxa"/>
              <w:left w:w="45" w:type="dxa"/>
              <w:right w:w="45" w:type="dxa"/>
            </w:tcMar>
          </w:tcPr>
          <w:p>
            <w:pPr>
              <w:spacing w:after="0" w:line="220" w:lineRule="exact"/>
              <w:snapToGrid w:val="0"/>
            </w:pPr>
            <w:r>
              <w:t>傷病名コード</w:t>
            </w:r>
          </w:p>
        </w:tc>
        <w:tc>
          <w:tcPr>
            <w:tcW w:type="dxa" w:w="7937"/>
            <w:vAlign w:val="center"/>
            <w:tcBorders>
              <w:top w:val="single" w:sz="4" w:color="D9D9D9"/>
              <w:left w:val="single" w:sz="4" w:color="D9D9D9"/>
              <w:bottom w:val="single" w:sz="4" w:color="D9D9D9"/>
              <w:right w:val="single" w:sz="4" w:color="D9D9D9"/>
            </w:tcBorders>
            <w:tcMar>
              <w:top w:w="45" w:type="dxa"/>
              <w:bottom w:w="45" w:type="dxa"/>
              <w:left w:w="45" w:type="dxa"/>
              <w:right w:w="45" w:type="dxa"/>
            </w:tcMar>
          </w:tcPr>
          <w:p>
            <w:pPr>
              <w:spacing w:after="0" w:line="220" w:lineRule="exact"/>
              <w:snapToGrid w:val="0"/>
            </w:pPr>
            <w:r>
              <w:t>（1）　　　　　　　　（2）　　　　　　　　（3）</w:t>
            </w:r>
          </w:p>
        </w:tc>
      </w:tr>
      <w:tr>
        <w:trPr>
          <w:cantSplit/>
        </w:trPr>
        <w:tc>
          <w:tcPr>
            <w:tcW w:type="dxa" w:w="2268"/>
            <w:vAlign w:val="center"/>
            <w:tcBorders>
              <w:top w:val="single" w:sz="4" w:color="D9D9D9"/>
              <w:left w:val="single" w:sz="4" w:color="D9D9D9"/>
              <w:bottom w:val="single" w:sz="4" w:color="D9D9D9"/>
              <w:right w:val="single" w:sz="4" w:color="D9D9D9"/>
            </w:tcBorders>
            <w:tcMar>
              <w:top w:w="45" w:type="dxa"/>
              <w:bottom w:w="45" w:type="dxa"/>
              <w:left w:w="45" w:type="dxa"/>
              <w:right w:w="45" w:type="dxa"/>
            </w:tcMar>
          </w:tcPr>
          <w:p>
            <w:pPr>
              <w:spacing w:after="0" w:line="220" w:lineRule="exact"/>
              <w:snapToGrid w:val="0"/>
            </w:pPr>
            <w:r>
              <w:t>病状・治療状況</w:t>
            </w:r>
          </w:p>
        </w:tc>
        <w:tc>
          <w:tcPr>
            <w:tcW w:type="dxa" w:w="7937"/>
            <w:vAlign w:val="center"/>
            <w:tcBorders>
              <w:top w:val="single" w:sz="4" w:color="D9D9D9"/>
              <w:left w:val="single" w:sz="4" w:color="D9D9D9"/>
              <w:bottom w:val="single" w:sz="4" w:color="D9D9D9"/>
              <w:right w:val="single" w:sz="4" w:color="D9D9D9"/>
            </w:tcBorders>
            <w:tcMar>
              <w:top w:w="45" w:type="dxa"/>
              <w:bottom w:w="45" w:type="dxa"/>
              <w:left w:w="45" w:type="dxa"/>
              <w:right w:w="45" w:type="dxa"/>
            </w:tcMar>
          </w:tcPr>
          <w:p>
            <w:pPr>
              <w:spacing w:after="0" w:line="220" w:lineRule="exact"/>
              <w:snapToGrid w:val="0"/>
            </w:pPr>
            <w:r>
              <w:br/>
            </w:r>
          </w:p>
        </w:tc>
      </w:tr>
      <w:tr>
        <w:trPr>
          <w:cantSplit/>
        </w:trPr>
        <w:tc>
          <w:tcPr>
            <w:tcW w:type="dxa" w:w="2268"/>
            <w:vAlign w:val="center"/>
            <w:tcBorders>
              <w:top w:val="single" w:sz="4" w:color="D9D9D9"/>
              <w:left w:val="single" w:sz="4" w:color="D9D9D9"/>
              <w:bottom w:val="single" w:sz="4" w:color="D9D9D9"/>
              <w:right w:val="single" w:sz="4" w:color="D9D9D9"/>
            </w:tcBorders>
            <w:tcMar>
              <w:top w:w="45" w:type="dxa"/>
              <w:bottom w:w="45" w:type="dxa"/>
              <w:left w:w="45" w:type="dxa"/>
              <w:right w:w="45" w:type="dxa"/>
            </w:tcMar>
          </w:tcPr>
          <w:p>
            <w:pPr>
              <w:spacing w:after="0" w:line="220" w:lineRule="exact"/>
              <w:snapToGrid w:val="0"/>
            </w:pPr>
            <w:r>
              <w:t>投与中の薬剤の用量・用法</w:t>
            </w:r>
          </w:p>
        </w:tc>
        <w:tc>
          <w:tcPr>
            <w:tcW w:type="dxa" w:w="7937"/>
            <w:vAlign w:val="center"/>
            <w:tcBorders>
              <w:top w:val="single" w:sz="4" w:color="D9D9D9"/>
              <w:left w:val="single" w:sz="4" w:color="D9D9D9"/>
              <w:bottom w:val="single" w:sz="4" w:color="D9D9D9"/>
              <w:right w:val="single" w:sz="4" w:color="D9D9D9"/>
            </w:tcBorders>
            <w:tcMar>
              <w:top w:w="45" w:type="dxa"/>
              <w:bottom w:w="45" w:type="dxa"/>
              <w:left w:w="45" w:type="dxa"/>
              <w:right w:w="45" w:type="dxa"/>
            </w:tcMar>
          </w:tcPr>
          <w:p>
            <w:pPr>
              <w:spacing w:after="0" w:line="220" w:lineRule="exact"/>
              <w:snapToGrid w:val="0"/>
            </w:pPr>
            <w:r>
              <w:t>1．　　　　　　　　　　　　　2．</w:t>
              <w:br/>
              <w:t>3．　　　　　　　　　　　　　4．</w:t>
              <w:br/>
              <w:t>5．　　　　　　　　　　　　　6．</w:t>
            </w:r>
          </w:p>
        </w:tc>
      </w:tr>
      <w:tr>
        <w:trPr>
          <w:cantSplit/>
        </w:trPr>
        <w:tc>
          <w:tcPr>
            <w:tcW w:type="dxa" w:w="2268"/>
            <w:vAlign w:val="center"/>
            <w:tcBorders>
              <w:top w:val="single" w:sz="4" w:color="D9D9D9"/>
              <w:left w:val="single" w:sz="4" w:color="D9D9D9"/>
              <w:bottom w:val="single" w:sz="4" w:color="D9D9D9"/>
              <w:right w:val="single" w:sz="4" w:color="D9D9D9"/>
            </w:tcBorders>
            <w:tcMar>
              <w:top w:w="45" w:type="dxa"/>
              <w:bottom w:w="45" w:type="dxa"/>
              <w:left w:w="45" w:type="dxa"/>
              <w:right w:w="45" w:type="dxa"/>
            </w:tcMar>
          </w:tcPr>
          <w:p>
            <w:pPr>
              <w:spacing w:after="0" w:line="220" w:lineRule="exact"/>
              <w:snapToGrid w:val="0"/>
            </w:pPr>
            <w:r>
              <w:t>病名告知／治療の受け入れ</w:t>
            </w:r>
          </w:p>
        </w:tc>
        <w:tc>
          <w:tcPr>
            <w:tcW w:type="dxa" w:w="7937"/>
            <w:vAlign w:val="center"/>
            <w:tcBorders>
              <w:top w:val="single" w:sz="4" w:color="D9D9D9"/>
              <w:left w:val="single" w:sz="4" w:color="D9D9D9"/>
              <w:bottom w:val="single" w:sz="4" w:color="D9D9D9"/>
              <w:right w:val="single" w:sz="4" w:color="D9D9D9"/>
            </w:tcBorders>
            <w:tcMar>
              <w:top w:w="45" w:type="dxa"/>
              <w:bottom w:w="45" w:type="dxa"/>
              <w:left w:w="45" w:type="dxa"/>
              <w:right w:w="45" w:type="dxa"/>
            </w:tcMar>
          </w:tcPr>
          <w:p>
            <w:pPr>
              <w:spacing w:after="0" w:line="220" w:lineRule="exact"/>
              <w:snapToGrid w:val="0"/>
            </w:pPr>
            <w:r>
              <w:t>病名告知：あり ・ なし</w:t>
              <w:br/>
              <w:t>治療の受け入れ：</w:t>
            </w:r>
          </w:p>
        </w:tc>
      </w:tr>
      <w:tr>
        <w:trPr>
          <w:cantSplit/>
        </w:trPr>
        <w:tc>
          <w:tcPr>
            <w:tcW w:type="dxa" w:w="2268"/>
            <w:vAlign w:val="center"/>
            <w:tcBorders>
              <w:top w:val="single" w:sz="4" w:color="D9D9D9"/>
              <w:left w:val="single" w:sz="4" w:color="D9D9D9"/>
              <w:bottom w:val="single" w:sz="4" w:color="D9D9D9"/>
              <w:right w:val="single" w:sz="4" w:color="D9D9D9"/>
            </w:tcBorders>
            <w:tcMar>
              <w:top w:w="45" w:type="dxa"/>
              <w:bottom w:w="45" w:type="dxa"/>
              <w:left w:w="45" w:type="dxa"/>
              <w:right w:w="45" w:type="dxa"/>
            </w:tcMar>
          </w:tcPr>
          <w:p>
            <w:pPr>
              <w:spacing w:after="0" w:line="220" w:lineRule="exact"/>
              <w:snapToGrid w:val="0"/>
            </w:pPr>
            <w:r>
              <w:t>複数名訪問の必要性</w:t>
            </w:r>
          </w:p>
        </w:tc>
        <w:tc>
          <w:tcPr>
            <w:tcW w:type="dxa" w:w="7937"/>
            <w:vAlign w:val="center"/>
            <w:tcBorders>
              <w:top w:val="single" w:sz="4" w:color="D9D9D9"/>
              <w:left w:val="single" w:sz="4" w:color="D9D9D9"/>
              <w:bottom w:val="single" w:sz="4" w:color="D9D9D9"/>
              <w:right w:val="single" w:sz="4" w:color="D9D9D9"/>
            </w:tcBorders>
            <w:tcMar>
              <w:top w:w="45" w:type="dxa"/>
              <w:bottom w:w="45" w:type="dxa"/>
              <w:left w:w="45" w:type="dxa"/>
              <w:right w:w="45" w:type="dxa"/>
            </w:tcMar>
          </w:tcPr>
          <w:p>
            <w:pPr>
              <w:spacing w:after="0" w:line="220" w:lineRule="exact"/>
              <w:snapToGrid w:val="0"/>
            </w:pPr>
            <w:r>
              <w:t>あり ・ なし　　理由（該当するものに○）</w:t>
              <w:br/>
              <w:t>1．暴力行為、著しい迷惑行為、器物破損行為等が認められる者</w:t>
              <w:br/>
              <w:t>2．利用者の身体的理由により一人の看護師等による訪問看護が困難と認められる者</w:t>
              <w:br/>
              <w:t>3．利用者及びその家族それぞれへの支援が必要な者</w:t>
              <w:br/>
              <w:t>4．その他（　　　　　　　　　　　　　　　　　　　　　　　　　）</w:t>
            </w:r>
          </w:p>
        </w:tc>
      </w:tr>
      <w:tr>
        <w:trPr>
          <w:cantSplit/>
        </w:trPr>
        <w:tc>
          <w:tcPr>
            <w:tcW w:type="dxa" w:w="2268"/>
            <w:vAlign w:val="center"/>
            <w:tcBorders>
              <w:top w:val="single" w:sz="4" w:color="D9D9D9"/>
              <w:left w:val="single" w:sz="4" w:color="D9D9D9"/>
              <w:bottom w:val="single" w:sz="4" w:color="D9D9D9"/>
              <w:right w:val="single" w:sz="4" w:color="D9D9D9"/>
            </w:tcBorders>
            <w:tcMar>
              <w:top w:w="45" w:type="dxa"/>
              <w:bottom w:w="45" w:type="dxa"/>
              <w:left w:w="45" w:type="dxa"/>
              <w:right w:w="45" w:type="dxa"/>
            </w:tcMar>
          </w:tcPr>
          <w:p>
            <w:pPr>
              <w:spacing w:after="0" w:line="220" w:lineRule="exact"/>
              <w:snapToGrid w:val="0"/>
            </w:pPr>
            <w:r>
              <w:t>短時間／複数回訪問の必要性</w:t>
            </w:r>
          </w:p>
        </w:tc>
        <w:tc>
          <w:tcPr>
            <w:tcW w:type="dxa" w:w="7937"/>
            <w:vAlign w:val="center"/>
            <w:tcBorders>
              <w:top w:val="single" w:sz="4" w:color="D9D9D9"/>
              <w:left w:val="single" w:sz="4" w:color="D9D9D9"/>
              <w:bottom w:val="single" w:sz="4" w:color="D9D9D9"/>
              <w:right w:val="single" w:sz="4" w:color="D9D9D9"/>
            </w:tcBorders>
            <w:tcMar>
              <w:top w:w="45" w:type="dxa"/>
              <w:bottom w:w="45" w:type="dxa"/>
              <w:left w:w="45" w:type="dxa"/>
              <w:right w:w="45" w:type="dxa"/>
            </w:tcMar>
          </w:tcPr>
          <w:p>
            <w:pPr>
              <w:spacing w:after="0" w:line="220" w:lineRule="exact"/>
              <w:snapToGrid w:val="0"/>
            </w:pPr>
            <w:r>
              <w:t>短時間訪問：あり ・ なし　　複数回訪問：あり ・ なし</w:t>
            </w:r>
          </w:p>
        </w:tc>
      </w:tr>
      <w:tr>
        <w:trPr>
          <w:cantSplit/>
        </w:trPr>
        <w:tc>
          <w:tcPr>
            <w:tcW w:type="dxa" w:w="2268"/>
            <w:vAlign w:val="center"/>
            <w:tcBorders>
              <w:top w:val="single" w:sz="4" w:color="D9D9D9"/>
              <w:left w:val="single" w:sz="4" w:color="D9D9D9"/>
              <w:bottom w:val="single" w:sz="4" w:color="D9D9D9"/>
              <w:right w:val="single" w:sz="4" w:color="D9D9D9"/>
            </w:tcBorders>
            <w:tcMar>
              <w:top w:w="45" w:type="dxa"/>
              <w:bottom w:w="45" w:type="dxa"/>
              <w:left w:w="45" w:type="dxa"/>
              <w:right w:w="45" w:type="dxa"/>
            </w:tcMar>
          </w:tcPr>
          <w:p>
            <w:pPr>
              <w:spacing w:after="0" w:line="220" w:lineRule="exact"/>
              <w:snapToGrid w:val="0"/>
            </w:pPr>
            <w:r>
              <w:t>日常生活自立度</w:t>
            </w:r>
          </w:p>
        </w:tc>
        <w:tc>
          <w:tcPr>
            <w:tcW w:type="dxa" w:w="7937"/>
            <w:vAlign w:val="center"/>
            <w:tcBorders>
              <w:top w:val="single" w:sz="4" w:color="D9D9D9"/>
              <w:left w:val="single" w:sz="4" w:color="D9D9D9"/>
              <w:bottom w:val="single" w:sz="4" w:color="D9D9D9"/>
              <w:right w:val="single" w:sz="4" w:color="D9D9D9"/>
            </w:tcBorders>
            <w:tcMar>
              <w:top w:w="45" w:type="dxa"/>
              <w:bottom w:w="45" w:type="dxa"/>
              <w:left w:w="45" w:type="dxa"/>
              <w:right w:w="45" w:type="dxa"/>
            </w:tcMar>
          </w:tcPr>
          <w:p>
            <w:pPr>
              <w:spacing w:after="0" w:line="220" w:lineRule="exact"/>
              <w:snapToGrid w:val="0"/>
            </w:pPr>
            <w:r>
              <w:t>認知症の状況：Ⅰ　Ⅱa　Ⅱb　Ⅲa　Ⅲb　Ⅳ　Ｍ</w:t>
            </w:r>
          </w:p>
        </w:tc>
      </w:tr>
    </w:tbl>
    <w:tbl>
      <w:tblPr>
        <w:tblW w:type="auto" w:w="0"/>
        <w:tblLayout w:type="fixed"/>
        <w:tblLook w:firstColumn="1" w:firstRow="1" w:lastColumn="0" w:lastRow="0" w:noHBand="0" w:noVBand="1" w:val="04A0"/>
      </w:tblPr>
      <w:tblGrid>
        <w:gridCol w:w="2268"/>
        <w:gridCol w:w="7937"/>
      </w:tblGrid>
      <w:tr>
        <w:trPr>
          <w:cantSplit/>
        </w:trPr>
        <w:tc>
          <w:tcPr>
            <w:tcW w:type="dxa" w:w="2268"/>
            <w:vAlign w:val="center"/>
            <w:tcBorders>
              <w:top w:val="single" w:sz="4" w:color="D9D9D9"/>
              <w:left w:val="single" w:sz="4" w:color="D9D9D9"/>
              <w:bottom w:val="single" w:sz="4" w:color="D9D9D9"/>
              <w:right w:val="single" w:sz="4" w:color="D9D9D9"/>
            </w:tcBorders>
            <w:tcMar>
              <w:top w:w="45" w:type="dxa"/>
              <w:bottom w:w="45" w:type="dxa"/>
              <w:left w:w="45" w:type="dxa"/>
              <w:right w:w="45" w:type="dxa"/>
            </w:tcMar>
          </w:tcPr>
          <w:p>
            <w:pPr>
              <w:spacing w:after="0" w:line="220" w:lineRule="exact"/>
              <w:snapToGrid w:val="0"/>
            </w:pPr>
            <w:r>
              <w:t>精神科訪問看護に関する</w:t>
              <w:br/>
              <w:t>留意事項及び指示事項</w:t>
            </w:r>
          </w:p>
        </w:tc>
        <w:tc>
          <w:tcPr>
            <w:tcW w:type="dxa" w:w="7937"/>
            <w:vAlign w:val="center"/>
            <w:tcBorders>
              <w:top w:val="single" w:sz="4" w:color="D9D9D9"/>
              <w:left w:val="single" w:sz="4" w:color="D9D9D9"/>
              <w:bottom w:val="single" w:sz="4" w:color="D9D9D9"/>
              <w:right w:val="single" w:sz="4" w:color="D9D9D9"/>
            </w:tcBorders>
            <w:tcMar>
              <w:top w:w="45" w:type="dxa"/>
              <w:bottom w:w="45" w:type="dxa"/>
              <w:left w:w="45" w:type="dxa"/>
              <w:right w:w="45" w:type="dxa"/>
            </w:tcMar>
          </w:tcPr>
          <w:p>
            <w:pPr>
              <w:spacing w:after="0" w:line="220" w:lineRule="exact"/>
              <w:snapToGrid w:val="0"/>
            </w:pPr>
            <w:r>
              <w:t>1．生活リズムの確立</w:t>
              <w:br/>
              <w:t>2．家事能力、社会技能等の獲得</w:t>
              <w:br/>
              <w:t>3．対人関係の改善（家族含む）</w:t>
              <w:br/>
              <w:t>4．社会資源活用の支援</w:t>
              <w:br/>
              <w:t>5．薬物療法継続への援助</w:t>
              <w:br/>
              <w:t>6．身体合併症の発症・悪化の防止</w:t>
              <w:br/>
              <w:t>7．その他</w:t>
              <w:br/>
            </w:r>
          </w:p>
        </w:tc>
      </w:tr>
      <w:tr>
        <w:trPr>
          <w:cantSplit/>
        </w:trPr>
        <w:tc>
          <w:tcPr>
            <w:tcW w:type="dxa" w:w="2268"/>
            <w:vAlign w:val="center"/>
            <w:tcBorders>
              <w:top w:val="single" w:sz="4" w:color="D9D9D9"/>
              <w:left w:val="single" w:sz="4" w:color="D9D9D9"/>
              <w:bottom w:val="single" w:sz="4" w:color="D9D9D9"/>
              <w:right w:val="single" w:sz="4" w:color="D9D9D9"/>
            </w:tcBorders>
            <w:tcMar>
              <w:top w:w="45" w:type="dxa"/>
              <w:bottom w:w="45" w:type="dxa"/>
              <w:left w:w="45" w:type="dxa"/>
              <w:right w:w="45" w:type="dxa"/>
            </w:tcMar>
          </w:tcPr>
          <w:p>
            <w:pPr>
              <w:spacing w:after="0" w:line="220" w:lineRule="exact"/>
              <w:snapToGrid w:val="0"/>
            </w:pPr>
            <w:r>
              <w:t>緊急時の連絡先</w:t>
            </w:r>
          </w:p>
        </w:tc>
        <w:tc>
          <w:tcPr>
            <w:tcW w:type="dxa" w:w="7937"/>
            <w:vAlign w:val="center"/>
            <w:tcBorders>
              <w:top w:val="single" w:sz="4" w:color="D9D9D9"/>
              <w:left w:val="single" w:sz="4" w:color="D9D9D9"/>
              <w:bottom w:val="single" w:sz="4" w:color="D9D9D9"/>
              <w:right w:val="single" w:sz="4" w:color="D9D9D9"/>
            </w:tcBorders>
            <w:tcMar>
              <w:top w:w="45" w:type="dxa"/>
              <w:bottom w:w="45" w:type="dxa"/>
              <w:left w:w="45" w:type="dxa"/>
              <w:right w:w="45" w:type="dxa"/>
            </w:tcMar>
          </w:tcPr>
          <w:p>
            <w:pPr>
              <w:spacing w:after="0" w:line="220" w:lineRule="exact"/>
              <w:snapToGrid w:val="0"/>
            </w:pPr>
            <w:r/>
          </w:p>
        </w:tc>
      </w:tr>
      <w:tr>
        <w:trPr>
          <w:cantSplit/>
        </w:trPr>
        <w:tc>
          <w:tcPr>
            <w:tcW w:type="dxa" w:w="2268"/>
            <w:vAlign w:val="center"/>
            <w:tcBorders>
              <w:top w:val="single" w:sz="4" w:color="D9D9D9"/>
              <w:left w:val="single" w:sz="4" w:color="D9D9D9"/>
              <w:bottom w:val="single" w:sz="4" w:color="D9D9D9"/>
              <w:right w:val="single" w:sz="4" w:color="D9D9D9"/>
            </w:tcBorders>
            <w:tcMar>
              <w:top w:w="45" w:type="dxa"/>
              <w:bottom w:w="45" w:type="dxa"/>
              <w:left w:w="45" w:type="dxa"/>
              <w:right w:w="45" w:type="dxa"/>
            </w:tcMar>
          </w:tcPr>
          <w:p>
            <w:pPr>
              <w:spacing w:after="0" w:line="220" w:lineRule="exact"/>
              <w:snapToGrid w:val="0"/>
            </w:pPr>
            <w:r>
              <w:t>不在時の対応法</w:t>
            </w:r>
          </w:p>
        </w:tc>
        <w:tc>
          <w:tcPr>
            <w:tcW w:type="dxa" w:w="7937"/>
            <w:vAlign w:val="center"/>
            <w:tcBorders>
              <w:top w:val="single" w:sz="4" w:color="D9D9D9"/>
              <w:left w:val="single" w:sz="4" w:color="D9D9D9"/>
              <w:bottom w:val="single" w:sz="4" w:color="D9D9D9"/>
              <w:right w:val="single" w:sz="4" w:color="D9D9D9"/>
            </w:tcBorders>
            <w:tcMar>
              <w:top w:w="45" w:type="dxa"/>
              <w:bottom w:w="45" w:type="dxa"/>
              <w:left w:w="45" w:type="dxa"/>
              <w:right w:w="45" w:type="dxa"/>
            </w:tcMar>
          </w:tcPr>
          <w:p>
            <w:pPr>
              <w:spacing w:after="0" w:line="220" w:lineRule="exact"/>
              <w:snapToGrid w:val="0"/>
            </w:pPr>
            <w:r/>
          </w:p>
        </w:tc>
      </w:tr>
      <w:tr>
        <w:trPr>
          <w:cantSplit/>
        </w:trPr>
        <w:tc>
          <w:tcPr>
            <w:tcW w:type="dxa" w:w="2268"/>
            <w:vAlign w:val="center"/>
            <w:tcBorders>
              <w:top w:val="single" w:sz="4" w:color="D9D9D9"/>
              <w:left w:val="single" w:sz="4" w:color="D9D9D9"/>
              <w:bottom w:val="single" w:sz="4" w:color="D9D9D9"/>
              <w:right w:val="single" w:sz="4" w:color="D9D9D9"/>
            </w:tcBorders>
            <w:tcMar>
              <w:top w:w="45" w:type="dxa"/>
              <w:bottom w:w="45" w:type="dxa"/>
              <w:left w:w="45" w:type="dxa"/>
              <w:right w:w="45" w:type="dxa"/>
            </w:tcMar>
          </w:tcPr>
          <w:p>
            <w:pPr>
              <w:spacing w:after="0" w:line="220" w:lineRule="exact"/>
              <w:snapToGrid w:val="0"/>
            </w:pPr>
            <w:r>
              <w:t>主治医との情報交換の手段</w:t>
            </w:r>
          </w:p>
        </w:tc>
        <w:tc>
          <w:tcPr>
            <w:tcW w:type="dxa" w:w="7937"/>
            <w:vAlign w:val="center"/>
            <w:tcBorders>
              <w:top w:val="single" w:sz="4" w:color="D9D9D9"/>
              <w:left w:val="single" w:sz="4" w:color="D9D9D9"/>
              <w:bottom w:val="single" w:sz="4" w:color="D9D9D9"/>
              <w:right w:val="single" w:sz="4" w:color="D9D9D9"/>
            </w:tcBorders>
            <w:tcMar>
              <w:top w:w="45" w:type="dxa"/>
              <w:bottom w:w="45" w:type="dxa"/>
              <w:left w:w="45" w:type="dxa"/>
              <w:right w:w="45" w:type="dxa"/>
            </w:tcMar>
          </w:tcPr>
          <w:p>
            <w:pPr>
              <w:spacing w:after="0" w:line="220" w:lineRule="exact"/>
              <w:snapToGrid w:val="0"/>
            </w:pPr>
            <w:r/>
          </w:p>
        </w:tc>
      </w:tr>
      <w:tr>
        <w:trPr>
          <w:cantSplit/>
        </w:trPr>
        <w:tc>
          <w:tcPr>
            <w:tcW w:type="dxa" w:w="2268"/>
            <w:vAlign w:val="center"/>
            <w:tcBorders>
              <w:top w:val="single" w:sz="4" w:color="D9D9D9"/>
              <w:left w:val="single" w:sz="4" w:color="D9D9D9"/>
              <w:bottom w:val="single" w:sz="4" w:color="D9D9D9"/>
              <w:right w:val="single" w:sz="4" w:color="D9D9D9"/>
            </w:tcBorders>
            <w:tcMar>
              <w:top w:w="45" w:type="dxa"/>
              <w:bottom w:w="45" w:type="dxa"/>
              <w:left w:w="45" w:type="dxa"/>
              <w:right w:w="45" w:type="dxa"/>
            </w:tcMar>
          </w:tcPr>
          <w:p>
            <w:pPr>
              <w:spacing w:after="0" w:line="220" w:lineRule="exact"/>
              <w:snapToGrid w:val="0"/>
            </w:pPr>
            <w:r>
              <w:t>特記すべき留意事項</w:t>
            </w:r>
          </w:p>
        </w:tc>
        <w:tc>
          <w:tcPr>
            <w:tcW w:type="dxa" w:w="7937"/>
            <w:vAlign w:val="center"/>
            <w:tcBorders>
              <w:top w:val="single" w:sz="4" w:color="D9D9D9"/>
              <w:left w:val="single" w:sz="4" w:color="D9D9D9"/>
              <w:bottom w:val="single" w:sz="4" w:color="D9D9D9"/>
              <w:right w:val="single" w:sz="4" w:color="D9D9D9"/>
            </w:tcBorders>
            <w:tcMar>
              <w:top w:w="45" w:type="dxa"/>
              <w:bottom w:w="45" w:type="dxa"/>
              <w:left w:w="45" w:type="dxa"/>
              <w:right w:w="45" w:type="dxa"/>
            </w:tcMar>
          </w:tcPr>
          <w:p>
            <w:pPr>
              <w:spacing w:after="0" w:line="220" w:lineRule="exact"/>
              <w:snapToGrid w:val="0"/>
            </w:pPr>
            <w:r>
              <w:br/>
            </w:r>
          </w:p>
        </w:tc>
      </w:tr>
    </w:tbl>
    <w:p>
      <w:pPr>
        <w:spacing w:after="40" w:before="0" w:line="240" w:lineRule="exact"/>
        <w:snapToGrid w:val="0"/>
      </w:pPr>
      <w:r>
        <w:rPr>
          <w:b w:val="0"/>
          <w:sz w:val="18"/>
        </w:rPr>
        <w:t>上記のとおり、指定訪問看護の実施を指示いたします。　　　　　年　　月　　日</w:t>
      </w:r>
    </w:p>
    <w:p>
      <w:pPr>
        <w:spacing w:after="40" w:before="0" w:line="240" w:lineRule="exact"/>
        <w:snapToGrid w:val="0"/>
      </w:pPr>
      <w:r>
        <w:rPr>
          <w:b w:val="0"/>
          <w:sz w:val="18"/>
        </w:rPr>
        <w:t>医療機関名：　　　　　　　　　　　　住所：</w:t>
      </w:r>
    </w:p>
    <w:p>
      <w:pPr>
        <w:spacing w:after="40" w:before="0" w:line="240" w:lineRule="exact"/>
        <w:snapToGrid w:val="0"/>
      </w:pPr>
      <w:r>
        <w:rPr>
          <w:b w:val="0"/>
          <w:sz w:val="18"/>
        </w:rPr>
        <w:t>電話：　　　　　　　　　　　　　　　FAX：</w:t>
      </w:r>
    </w:p>
    <w:p>
      <w:pPr>
        <w:spacing w:after="40" w:before="0" w:line="240" w:lineRule="exact"/>
        <w:snapToGrid w:val="0"/>
      </w:pPr>
      <w:r>
        <w:rPr>
          <w:b w:val="0"/>
          <w:sz w:val="18"/>
        </w:rPr>
        <w:t>医師署名（又は記名押印）：</w:t>
      </w:r>
    </w:p>
    <w:p>
      <w:pPr>
        <w:spacing w:after="40" w:before="0" w:line="240" w:lineRule="exact"/>
        <w:snapToGrid w:val="0"/>
      </w:pPr>
      <w:r>
        <w:rPr>
          <w:b/>
          <w:sz w:val="22"/>
        </w:rPr>
        <w:t>NiCO訪問看護ステーション　殿</w:t>
      </w:r>
    </w:p>
    <w:p>
      <w:pPr>
        <w:spacing w:after="40" w:before="0" w:line="240" w:lineRule="exact"/>
        <w:snapToGrid w:val="0"/>
      </w:pPr>
      <w:r>
        <w:rPr>
          <w:b w:val="0"/>
          <w:sz w:val="16"/>
        </w:rPr>
        <w:t>宛先所在地：奈良県生駒市壱分町1216-3 クラウンコート106</w:t>
        <w:br/>
        <w:t>TEL 0743-84-6919　FAX 0743-84-8638</w:t>
      </w:r>
    </w:p>
    <w:sectPr w:rsidR="00FC693F" w:rsidRPr="0006063C" w:rsidSect="00034616">
      <w:pgSz w:w="11906" w:h="16838"/>
      <w:pgMar w:top="680" w:right="850" w:bottom="68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Hiragino Sans" w:hAnsi="Hiragino Sans" w:eastAsia="Hiragino Sans"/>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Hiragino Sans" w:hAnsi="Hiragino Sans" w:eastAsia="Hiragino Sans"/>
      <w:color w:val="000000"/>
      <w:sz w:val="18"/>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Hiragino Sans" w:hAnsi="Hiragino Sans" w:eastAsia="Hiragino Sans"/>
      <w:color w:val="000000"/>
      <w:sz w:val="18"/>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Hiragino Sans" w:hAnsi="Hiragino Sans" w:eastAsia="Hiragino Sans"/>
      <w:b/>
      <w:bCs/>
      <w:color w:val="000000"/>
      <w:sz w:val="1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Hiragino Sans" w:hAnsi="Hiragino Sans" w:eastAsia="Hiragino Sans"/>
      <w:b/>
      <w:bCs/>
      <w:color w:val="000000"/>
      <w:sz w:val="1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Hiragino Sans" w:hAnsi="Hiragino Sans" w:eastAsia="Hiragino Sans"/>
      <w:b/>
      <w:bCs/>
      <w:color w:val="000000"/>
      <w:sz w:val="1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Hiragino Sans" w:hAnsi="Hiragino Sans" w:eastAsia="Hiragino Sans"/>
      <w:b/>
      <w:bCs/>
      <w:i/>
      <w:iCs/>
      <w:color w:val="000000"/>
      <w:sz w:val="18"/>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Hiragino Sans" w:hAnsi="Hiragino Sans" w:eastAsia="Hiragino Sans"/>
      <w:color w:val="000000"/>
      <w:sz w:val="18"/>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Hiragino Sans" w:hAnsi="Hiragino Sans" w:eastAsia="Hiragino Sans"/>
      <w:i/>
      <w:iCs/>
      <w:color w:val="000000"/>
      <w:sz w:val="18"/>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Hiragino Sans" w:hAnsi="Hiragino Sans" w:eastAsia="Hiragino Sans"/>
      <w:i/>
      <w:iCs/>
      <w:color w:val="000000"/>
      <w:sz w:val="18"/>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Hiragino Sans" w:hAnsi="Hiragino Sans" w:eastAsia="Hiragino Sans"/>
      <w:color w:val="000000"/>
      <w:sz w:val="18"/>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Hiragino Sans" w:hAnsi="Hiragino Sans" w:eastAsia="Hiragino Sans"/>
      <w:i/>
      <w:iCs/>
      <w:color w:val="000000"/>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Hiragino Sans" w:hAnsi="Hiragino Sans" w:eastAsia="Hiragino Sans"/>
      <w:color w:val="000000"/>
      <w:sz w:val="18"/>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Hiragino Sans" w:hAnsi="Hiragino Sans" w:eastAsia="Hiragino Sans"/>
      <w:color w:val="000000"/>
      <w:spacing w:val="5"/>
      <w:kern w:val="28"/>
      <w:sz w:val="1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Hiragino Sans" w:hAnsi="Hiragino Sans" w:eastAsia="Hiragino Sans"/>
      <w:i/>
      <w:iCs/>
      <w:color w:val="000000"/>
      <w:spacing w:val="15"/>
      <w:sz w:val="1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Hiragino Sans" w:hAnsi="Hiragino Sans" w:eastAsia="Hiragino Sans"/>
      <w:color w:val="000000"/>
      <w:sz w:val="18"/>
    </w:rPr>
  </w:style>
  <w:style w:type="paragraph" w:styleId="BodyText">
    <w:name w:val="Body Text"/>
    <w:basedOn w:val="Normal"/>
    <w:link w:val="BodyTextChar"/>
    <w:uiPriority w:val="99"/>
    <w:unhideWhenUsed/>
    <w:rsid w:val="00AA1D8D"/>
    <w:pPr>
      <w:spacing w:after="120"/>
    </w:pPr>
    <w:rPr>
      <w:rFonts w:ascii="Hiragino Sans" w:hAnsi="Hiragino Sans" w:eastAsia="Hiragino Sans"/>
      <w:color w:val="000000"/>
      <w:sz w:val="18"/>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Hiragino Sans" w:hAnsi="Hiragino Sans" w:eastAsia="Hiragino Sans"/>
      <w:color w:val="000000"/>
      <w:sz w:val="18"/>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Hiragino Sans" w:hAnsi="Hiragino Sans" w:eastAsia="Hiragino Sans"/>
      <w:color w:val="000000"/>
      <w:sz w:val="18"/>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Hiragino Sans" w:hAnsi="Hiragino Sans" w:eastAsia="Hiragino Sans"/>
      <w:color w:val="000000"/>
      <w:sz w:val="18"/>
    </w:rPr>
  </w:style>
  <w:style w:type="paragraph" w:styleId="List2">
    <w:name w:val="List 2"/>
    <w:basedOn w:val="Normal"/>
    <w:uiPriority w:val="99"/>
    <w:unhideWhenUsed/>
    <w:rsid w:val="00326F90"/>
    <w:pPr>
      <w:ind w:left="720" w:hanging="360"/>
      <w:contextualSpacing/>
    </w:pPr>
    <w:rPr>
      <w:rFonts w:ascii="Hiragino Sans" w:hAnsi="Hiragino Sans" w:eastAsia="Hiragino Sans"/>
      <w:color w:val="000000"/>
      <w:sz w:val="18"/>
    </w:rPr>
  </w:style>
  <w:style w:type="paragraph" w:styleId="List3">
    <w:name w:val="List 3"/>
    <w:basedOn w:val="Normal"/>
    <w:uiPriority w:val="99"/>
    <w:unhideWhenUsed/>
    <w:rsid w:val="00326F90"/>
    <w:pPr>
      <w:ind w:left="1080" w:hanging="360"/>
      <w:contextualSpacing/>
    </w:pPr>
    <w:rPr>
      <w:rFonts w:ascii="Hiragino Sans" w:hAnsi="Hiragino Sans" w:eastAsia="Hiragino Sans"/>
      <w:color w:val="000000"/>
      <w:sz w:val="18"/>
    </w:rPr>
  </w:style>
  <w:style w:type="paragraph" w:styleId="ListBullet">
    <w:name w:val="List Bullet"/>
    <w:basedOn w:val="Normal"/>
    <w:uiPriority w:val="99"/>
    <w:unhideWhenUsed/>
    <w:rsid w:val="00326F90"/>
    <w:pPr>
      <w:numPr>
        <w:numId w:val="1"/>
      </w:numPr>
      <w:contextualSpacing/>
    </w:pPr>
    <w:rPr>
      <w:rFonts w:ascii="Hiragino Sans" w:hAnsi="Hiragino Sans" w:eastAsia="Hiragino Sans"/>
      <w:color w:val="000000"/>
      <w:sz w:val="18"/>
    </w:rPr>
  </w:style>
  <w:style w:type="paragraph" w:styleId="ListBullet2">
    <w:name w:val="List Bullet 2"/>
    <w:basedOn w:val="Normal"/>
    <w:uiPriority w:val="99"/>
    <w:unhideWhenUsed/>
    <w:rsid w:val="00326F90"/>
    <w:pPr>
      <w:numPr>
        <w:numId w:val="2"/>
      </w:numPr>
      <w:contextualSpacing/>
    </w:pPr>
    <w:rPr>
      <w:rFonts w:ascii="Hiragino Sans" w:hAnsi="Hiragino Sans" w:eastAsia="Hiragino Sans"/>
      <w:color w:val="000000"/>
      <w:sz w:val="18"/>
    </w:rPr>
  </w:style>
  <w:style w:type="paragraph" w:styleId="ListBullet3">
    <w:name w:val="List Bullet 3"/>
    <w:basedOn w:val="Normal"/>
    <w:uiPriority w:val="99"/>
    <w:unhideWhenUsed/>
    <w:rsid w:val="00326F90"/>
    <w:pPr>
      <w:numPr>
        <w:numId w:val="3"/>
      </w:numPr>
      <w:contextualSpacing/>
    </w:pPr>
    <w:rPr>
      <w:rFonts w:ascii="Hiragino Sans" w:hAnsi="Hiragino Sans" w:eastAsia="Hiragino Sans"/>
      <w:color w:val="000000"/>
      <w:sz w:val="18"/>
    </w:rPr>
  </w:style>
  <w:style w:type="paragraph" w:styleId="ListNumber">
    <w:name w:val="List Number"/>
    <w:basedOn w:val="Normal"/>
    <w:uiPriority w:val="99"/>
    <w:unhideWhenUsed/>
    <w:rsid w:val="00326F90"/>
    <w:pPr>
      <w:numPr>
        <w:numId w:val="5"/>
      </w:numPr>
      <w:contextualSpacing/>
    </w:pPr>
    <w:rPr>
      <w:rFonts w:ascii="Hiragino Sans" w:hAnsi="Hiragino Sans" w:eastAsia="Hiragino Sans"/>
      <w:color w:val="000000"/>
      <w:sz w:val="18"/>
    </w:rPr>
  </w:style>
  <w:style w:type="paragraph" w:styleId="ListNumber2">
    <w:name w:val="List Number 2"/>
    <w:basedOn w:val="Normal"/>
    <w:uiPriority w:val="99"/>
    <w:unhideWhenUsed/>
    <w:rsid w:val="0029639D"/>
    <w:pPr>
      <w:numPr>
        <w:numId w:val="6"/>
      </w:numPr>
      <w:contextualSpacing/>
    </w:pPr>
    <w:rPr>
      <w:rFonts w:ascii="Hiragino Sans" w:hAnsi="Hiragino Sans" w:eastAsia="Hiragino Sans"/>
      <w:color w:val="000000"/>
      <w:sz w:val="18"/>
    </w:rPr>
  </w:style>
  <w:style w:type="paragraph" w:styleId="ListNumber3">
    <w:name w:val="List Number 3"/>
    <w:basedOn w:val="Normal"/>
    <w:uiPriority w:val="99"/>
    <w:unhideWhenUsed/>
    <w:rsid w:val="0029639D"/>
    <w:pPr>
      <w:numPr>
        <w:numId w:val="7"/>
      </w:numPr>
      <w:contextualSpacing/>
    </w:pPr>
    <w:rPr>
      <w:rFonts w:ascii="Hiragino Sans" w:hAnsi="Hiragino Sans" w:eastAsia="Hiragino Sans"/>
      <w:color w:val="000000"/>
      <w:sz w:val="18"/>
    </w:rPr>
  </w:style>
  <w:style w:type="paragraph" w:styleId="ListContinue">
    <w:name w:val="List Continue"/>
    <w:basedOn w:val="Normal"/>
    <w:uiPriority w:val="99"/>
    <w:unhideWhenUsed/>
    <w:rsid w:val="0029639D"/>
    <w:pPr>
      <w:spacing w:after="120"/>
      <w:ind w:left="360"/>
      <w:contextualSpacing/>
    </w:pPr>
    <w:rPr>
      <w:rFonts w:ascii="Hiragino Sans" w:hAnsi="Hiragino Sans" w:eastAsia="Hiragino Sans"/>
      <w:color w:val="000000"/>
      <w:sz w:val="18"/>
    </w:rPr>
  </w:style>
  <w:style w:type="paragraph" w:styleId="ListContinue2">
    <w:name w:val="List Continue 2"/>
    <w:basedOn w:val="Normal"/>
    <w:uiPriority w:val="99"/>
    <w:unhideWhenUsed/>
    <w:rsid w:val="0029639D"/>
    <w:pPr>
      <w:spacing w:after="120"/>
      <w:ind w:left="720"/>
      <w:contextualSpacing/>
    </w:pPr>
    <w:rPr>
      <w:rFonts w:ascii="Hiragino Sans" w:hAnsi="Hiragino Sans" w:eastAsia="Hiragino Sans"/>
      <w:color w:val="000000"/>
      <w:sz w:val="18"/>
    </w:rPr>
  </w:style>
  <w:style w:type="paragraph" w:styleId="ListContinue3">
    <w:name w:val="List Continue 3"/>
    <w:basedOn w:val="Normal"/>
    <w:uiPriority w:val="99"/>
    <w:unhideWhenUsed/>
    <w:rsid w:val="0029639D"/>
    <w:pPr>
      <w:spacing w:after="120"/>
      <w:ind w:left="1080"/>
      <w:contextualSpacing/>
    </w:pPr>
    <w:rPr>
      <w:rFonts w:ascii="Hiragino Sans" w:hAnsi="Hiragino Sans" w:eastAsia="Hiragino Sans"/>
      <w:color w:val="000000"/>
      <w:sz w:val="18"/>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Hiragino Sans" w:hAnsi="Hiragino Sans" w:eastAsia="Hiragino Sans"/>
      <w:color w:val="000000"/>
      <w:sz w:val="18"/>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Hiragino Sans" w:hAnsi="Hiragino Sans" w:eastAsia="Hiragino Sans"/>
      <w:i/>
      <w:iCs/>
      <w:color w:val="000000"/>
      <w:sz w:val="18"/>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Hiragino Sans" w:hAnsi="Hiragino Sans" w:eastAsia="Hiragino Sans"/>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Hiragino Sans" w:hAnsi="Hiragino Sans" w:eastAsia="Hiragino Sans"/>
      <w:b/>
      <w:bCs/>
      <w:i/>
      <w:iCs/>
      <w:color w:val="000000"/>
      <w:sz w:val="18"/>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Hiragino Sans" w:hAnsi="Hiragino Sans" w:eastAsia="Hiragino Sans"/>
      <w:color w:val="000000"/>
      <w:sz w:val="18"/>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厚生労働省 令和8年度診療報酬改定 様式（医科）別紙様式17に基づく。確認日2026-09-24。https://www.mhlw.go.jp/content/12400000/001713885.pdf</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